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Information an den Arbeitgeber über Namens- und Personenstandsänderung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[Unternehmensname]</w:t>
        <w:br/>
        <w:t>Personalabteilung / HR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Änderung meiner persönlichen Daten – Bitte um Aktualisierung der Personalunterlagen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ich möchte Sie darüber informieren, dass ich meinen Vornamen und meinen Geschlechtseintrag gemäß dem Selbstbestimmungsgesetz (SBGG) geändert habe. Die Änderung ist seit dem [Datum der Eintragung] rechtlich wirksam.</w:t>
      </w:r>
    </w:p>
    <w:p>
      <w:pPr>
        <w:spacing w:before="200" w:after="40"/>
      </w:pPr>
      <w:r>
        <w:rPr>
          <w:b/>
          <w:color w:val="993556"/>
        </w:rPr>
        <w:t>Bisherige Daten</w:t>
      </w:r>
    </w:p>
    <w:p>
      <w:pPr>
        <w:spacing w:after="80"/>
      </w:pPr>
      <w:r>
        <w:rPr>
          <w:i/>
          <w:color w:val="4B5563"/>
        </w:rPr>
        <w:t>[Bisheriger Vorname(n) Nachname]</w:t>
      </w:r>
    </w:p>
    <w:p>
      <w:pPr>
        <w:spacing w:after="80"/>
      </w:pPr>
      <w:r>
        <w:rPr>
          <w:i/>
          <w:color w:val="4B5563"/>
        </w:rPr>
        <w:t>[Bisherige Anrede / Geschlechtseintrag]</w:t>
      </w:r>
    </w:p>
    <w:p>
      <w:pPr>
        <w:spacing w:before="200" w:after="40"/>
      </w:pPr>
      <w:r>
        <w:rPr>
          <w:b/>
          <w:color w:val="993556"/>
        </w:rPr>
        <w:t>Neue Daten</w:t>
      </w:r>
    </w:p>
    <w:p>
      <w:pPr>
        <w:spacing w:after="80"/>
      </w:pPr>
      <w:r>
        <w:rPr>
          <w:i/>
          <w:color w:val="4B5563"/>
        </w:rPr>
        <w:t>[Neuer Vorname(n) Nachname]</w:t>
      </w:r>
    </w:p>
    <w:p>
      <w:pPr>
        <w:spacing w:after="80"/>
      </w:pPr>
      <w:r>
        <w:rPr>
          <w:i/>
          <w:color w:val="4B5563"/>
        </w:rPr>
        <w:t>[Neue Anrede]</w:t>
      </w:r>
      <w:r>
        <w:rPr>
          <w:color w:val="9CA3AF"/>
          <w:sz w:val="18"/>
        </w:rPr>
        <w:t xml:space="preserve">  ← z. B. Frau / Herr / ohne Anrede</w:t>
      </w:r>
    </w:p>
    <w:p>
      <w:pPr>
        <w:spacing w:after="120"/>
      </w:pPr>
      <w:r>
        <w:br/>
        <w:t>Ich bitte Sie, meine Personalunterlagen, E-Mail-Adresse, Firmenausweis, Organigramme und alle weiteren internen Dokumente entsprechend zu aktualisieren. Für Rückfragen stehe ich Ihnen gerne zur Verfügung.</w:t>
      </w:r>
    </w:p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Sie sind als Arbeitgeber:in verpflichtet, den geänderten Namen im Arbeitsverhältnis zu verwenden. Der Änderungsnachweis des Standesamts wird auf Anfrage vorgelegt.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Personenstandsurkunde oder Registerauszug des Standesamts (Kopie)</w:t>
      </w:r>
    </w:p>
    <w:p>
      <w:pPr>
        <w:spacing w:after="40"/>
        <w:ind w:left="283"/>
      </w:pPr>
      <w:r>
        <w:t>• Kopie des neuen Personalausweises (optional)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