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pPr>
      <w:r>
        <w:rPr>
          <w:b/>
          <w:color w:val="993556"/>
          <w:sz w:val="30"/>
        </w:rPr>
        <w:t>Begleitschreiben: Frühere Registrierung unter anderem Namen</w:t>
      </w:r>
    </w:p>
    <w:p>
      <w:pPr>
        <w:spacing w:after="40"/>
      </w:pPr>
      <w:r>
        <w:t>Erklärung zur Identitätsübereinstimmung nach Namens- und Personenstandsänderung</w:t>
      </w:r>
    </w:p>
    <w:p>
      <w:pPr>
        <w:spacing w:before="160" w:after="280"/>
        <w:jc w:val="right"/>
      </w:pPr>
      <w:r>
        <w:rPr>
          <w:i/>
          <w:color w:val="4B5563"/>
        </w:rPr>
        <w:t>[Ort], den [Datum]</w:t>
      </w:r>
    </w:p>
    <w:p>
      <w:pPr>
        <w:spacing w:before="200" w:after="40"/>
      </w:pPr>
      <w:r>
        <w:rPr>
          <w:b/>
          <w:color w:val="993556"/>
        </w:rPr>
        <w:t>Absender:in</w:t>
      </w:r>
    </w:p>
    <w:p>
      <w:pPr>
        <w:spacing w:after="80"/>
      </w:pPr>
      <w:r>
        <w:rPr>
          <w:i/>
          <w:color w:val="4B5563"/>
        </w:rPr>
        <w:t>[Vorname Nachname]</w:t>
      </w:r>
    </w:p>
    <w:p>
      <w:pPr>
        <w:spacing w:after="80"/>
      </w:pPr>
      <w:r>
        <w:rPr>
          <w:i/>
          <w:color w:val="4B5563"/>
        </w:rPr>
        <w:t>[Straße Hausnummer]</w:t>
      </w:r>
    </w:p>
    <w:p>
      <w:pPr>
        <w:spacing w:after="80"/>
      </w:pPr>
      <w:r>
        <w:rPr>
          <w:i/>
          <w:color w:val="4B5563"/>
        </w:rPr>
        <w:t>[PLZ Ort]</w:t>
      </w:r>
    </w:p>
    <w:p>
      <w:pPr>
        <w:spacing w:after="80"/>
      </w:pPr>
      <w:r>
        <w:rPr>
          <w:i/>
          <w:color w:val="4B5563"/>
        </w:rPr>
        <w:t>[E-Mail-Adresse]</w:t>
      </w:r>
    </w:p>
    <w:p>
      <w:pPr>
        <w:spacing w:after="80"/>
      </w:pPr>
      <w:r>
        <w:rPr>
          <w:i/>
          <w:color w:val="4B5563"/>
        </w:rPr>
        <w:t>[Telefonnummer]</w:t>
      </w:r>
      <w:r>
        <w:rPr>
          <w:color w:val="9CA3AF"/>
          <w:sz w:val="18"/>
        </w:rPr>
        <w:t xml:space="preserve">  ← optional</w:t>
      </w:r>
    </w:p>
    <w:p>
      <w:pPr>
        <w:spacing w:after="80"/>
      </w:pPr>
      <w:r>
        <w:rPr>
          <w:i/>
          <w:color w:val="4B5563"/>
        </w:rPr>
        <w:t>[Versichertennummer / Aktenzeichen]</w:t>
      </w:r>
      <w:r>
        <w:rPr>
          <w:color w:val="9CA3AF"/>
          <w:sz w:val="18"/>
        </w:rPr>
        <w:t xml:space="preserve">  ← je nach Empfänger</w:t>
      </w:r>
    </w:p>
    <w:p/>
    <w:p>
      <w:pPr>
        <w:spacing w:before="200" w:after="40"/>
      </w:pPr>
      <w:r>
        <w:rPr>
          <w:b/>
          <w:color w:val="993556"/>
        </w:rPr>
        <w:t>Empfänger:in</w:t>
      </w:r>
    </w:p>
    <w:p>
      <w:pPr>
        <w:spacing w:after="120"/>
      </w:pPr>
      <w:r>
        <w:t>[Einrichtung / Organisation / Studienteam]</w:t>
        <w:br/>
        <w:t>[Abteilung / Ansprechpartner:in]</w:t>
        <w:br/>
        <w:t>[Straße Hausnummer]</w:t>
        <w:br/>
        <w:t>[PLZ Ort]</w:t>
      </w:r>
    </w:p>
    <w:p>
      <w:pPr>
        <w:spacing w:before="200" w:after="200"/>
      </w:pPr>
      <w:r>
        <w:rPr>
          <w:b/>
        </w:rPr>
        <w:t>Betreff: Frühere Registrierung unter anderem Namen – Bitte um Aktualisierung / Zuordnung der Daten</w:t>
      </w:r>
    </w:p>
    <w:p>
      <w:pPr>
        <w:spacing w:after="120"/>
      </w:pPr>
      <w:r>
        <w:t>Sehr geehrte Damen und Herren,</w:t>
      </w:r>
    </w:p>
    <w:p>
      <w:pPr>
        <w:spacing w:after="120"/>
      </w:pPr>
      <w:r>
        <w:t>ich wende mich an Sie bezüglich meiner früheren Registrierung bei Ihrer Einrichtung. Ich war in der Vergangenheit unter einem anderen Namen bei Ihnen erfasst und möchte Sie über die seither eingetretene Änderung meiner Personalien informieren.</w:t>
      </w:r>
    </w:p>
    <w:p>
      <w:pPr>
        <w:spacing w:before="200" w:after="40"/>
      </w:pPr>
      <w:r>
        <w:rPr>
          <w:b/>
          <w:color w:val="993556"/>
        </w:rPr>
        <w:t>Frühere Angaben (bei der Erstregistrierung)</w:t>
      </w:r>
    </w:p>
    <w:p>
      <w:pPr>
        <w:spacing w:after="80"/>
      </w:pPr>
      <w:r>
        <w:rPr>
          <w:i/>
          <w:color w:val="4B5563"/>
        </w:rPr>
        <w:t>[Damaliger Vorname(n) Nachname]</w:t>
      </w:r>
    </w:p>
    <w:p>
      <w:pPr>
        <w:spacing w:after="80"/>
      </w:pPr>
      <w:r>
        <w:rPr>
          <w:i/>
          <w:color w:val="4B5563"/>
        </w:rPr>
        <w:t>[Registrierungs-/Teilnahme-ID oder Aktenzeichen]</w:t>
      </w:r>
      <w:r>
        <w:rPr>
          <w:color w:val="9CA3AF"/>
          <w:sz w:val="18"/>
        </w:rPr>
        <w:t xml:space="preserve">  ← sofern vorhanden</w:t>
      </w:r>
    </w:p>
    <w:p>
      <w:pPr>
        <w:spacing w:after="80"/>
      </w:pPr>
      <w:r>
        <w:rPr>
          <w:i/>
          <w:color w:val="4B5563"/>
        </w:rPr>
        <w:t>[Zeitraum der früheren Registrierung / Teilnahme]</w:t>
      </w:r>
    </w:p>
    <w:p>
      <w:pPr>
        <w:spacing w:after="80"/>
      </w:pPr>
      <w:r>
        <w:rPr>
          <w:i/>
          <w:color w:val="4B5563"/>
        </w:rPr>
        <w:t>[Bezeichnung der Einrichtung / Studie / Maßnahme / Mitgliedschaft]</w:t>
      </w:r>
    </w:p>
    <w:p>
      <w:pPr>
        <w:spacing w:before="200" w:after="40"/>
      </w:pPr>
      <w:r>
        <w:rPr>
          <w:b/>
          <w:color w:val="993556"/>
        </w:rPr>
        <w:t>Aktuelle Angaben</w:t>
      </w:r>
    </w:p>
    <w:p>
      <w:pPr>
        <w:spacing w:after="80"/>
      </w:pPr>
      <w:r>
        <w:rPr>
          <w:i/>
          <w:color w:val="4B5563"/>
        </w:rPr>
        <w:t>[Aktueller Vorname(n) Nachname]</w:t>
      </w:r>
    </w:p>
    <w:p>
      <w:pPr>
        <w:spacing w:after="80"/>
      </w:pPr>
      <w:r>
        <w:rPr>
          <w:i/>
          <w:color w:val="4B5563"/>
        </w:rPr>
        <w:t>[Neue Anrede]</w:t>
      </w:r>
      <w:r>
        <w:rPr>
          <w:color w:val="9CA3AF"/>
          <w:sz w:val="18"/>
        </w:rPr>
        <w:t xml:space="preserve">  ← z. B. Frau / Herr / ohne Anrede — optional</w:t>
      </w:r>
    </w:p>
    <w:p>
      <w:pPr>
        <w:spacing w:after="120"/>
      </w:pPr>
      <w:r>
        <w:br/>
        <w:t>Mein Vorname und mein Geschlechtseintrag wurden gemäß dem Selbstbestimmungsgesetz (SBGG) mit Wirkung vom [Datum der Eintragung] durch das Standesamt [Stadt] rechtskräftig geändert. Ich versichere, dass es sich bei den oben genannten früheren und aktuellen Angaben um dieselbe Person handelt.</w:t>
      </w:r>
    </w:p>
    <w:p>
      <w:pPr>
        <w:spacing w:before="200" w:after="40"/>
      </w:pPr>
      <w:r>
        <w:rPr>
          <w:b/>
          <w:color w:val="993556"/>
        </w:rPr>
        <w:t>Mein Anliegen</w:t>
      </w:r>
    </w:p>
    <w:p>
      <w:pPr>
        <w:spacing w:after="120"/>
      </w:pPr>
      <w:r>
        <w:t>Ich bitte Sie (Zutreffendes bitte ankreuzen):</w:t>
      </w:r>
    </w:p>
    <w:p>
      <w:pPr>
        <w:spacing w:after="40"/>
        <w:ind w:left="283"/>
      </w:pPr>
      <w:r>
        <w:t>☐  meine früheren Daten meinem aktuellen Namen zuzuordnen / zu verknüpfen</w:t>
      </w:r>
    </w:p>
    <w:p>
      <w:pPr>
        <w:spacing w:after="40"/>
        <w:ind w:left="283"/>
      </w:pPr>
      <w:r>
        <w:t>☐  meine bisherigen Unterlagen auf meinen aktuellen Namen zu aktualisieren</w:t>
      </w:r>
    </w:p>
    <w:p>
      <w:pPr>
        <w:spacing w:after="40"/>
        <w:ind w:left="283"/>
      </w:pPr>
      <w:r>
        <w:t>☐  einen entsprechenden Vermerk in meiner Akte zu hinterlegen</w:t>
      </w:r>
    </w:p>
    <w:p>
      <w:pPr>
        <w:spacing w:after="40"/>
        <w:ind w:left="283"/>
      </w:pPr>
      <w:r>
        <w:t>☐  mich in zukünftiger Korrespondenz ausschließlich unter meinem aktuellen Namen anzusprechen</w:t>
      </w:r>
    </w:p>
    <w:p>
      <w:pPr>
        <w:spacing w:after="80"/>
      </w:pPr>
      <w:r>
        <w:rPr>
          <w:i/>
          <w:color w:val="4B5563"/>
        </w:rPr>
        <w:t>[Weiteres Anliegen]</w:t>
      </w:r>
      <w:r>
        <w:rPr>
          <w:color w:val="9CA3AF"/>
          <w:sz w:val="18"/>
        </w:rPr>
        <w:t xml:space="preserve">  ← optional — z. B. Bitte um Löschung des früheren Namens aus Veröffentlichungen</w:t>
      </w:r>
    </w:p>
    <w:p>
      <w:pPr>
        <w:spacing w:after="120"/>
      </w:pPr>
      <w:r>
        <w:br/>
        <w:t>Ich bitte Sie, meinen früheren Namen nur insoweit in Ihren Unterlagen zu führen, wie dies für den jeweiligen Zweck (z. B. Datenkontinuität, gesetzliche Aufbewahrungspflichten) zwingend erforderlich ist. Eine Weitergabe meines früheren Namens an Dritte ohne meine ausdrückliche Einwilligung bitte ich zu unterlassen.</w:t>
      </w:r>
    </w:p>
    <w:p>
      <w:pPr>
        <w:spacing w:before="280" w:after="80"/>
      </w:pPr>
      <w:r>
        <w:rPr>
          <w:b/>
          <w:color w:val="993556"/>
        </w:rPr>
        <w:t xml:space="preserve">ℹ  Hinweis: </w:t>
      </w:r>
      <w:r>
        <w:rPr>
          <w:color w:val="4B5563"/>
          <w:sz w:val="20"/>
        </w:rPr>
        <w:t>Der frühere Name ist ein besonders schützenswertes Datum (sog. Deadname). Der Schutz personenbezogener Daten ergibt sich aus der DSGVO. Bei Rückfragen zur datenschutzrechtlichen Behandlung wende dich an die oder den Datenschutzbeauftragten der Einrichtung.</w:t>
      </w:r>
    </w:p>
    <w:p>
      <w:pPr>
        <w:spacing w:before="200" w:after="40"/>
      </w:pPr>
      <w:r>
        <w:rPr>
          <w:b/>
          <w:color w:val="993556"/>
        </w:rPr>
        <w:t>Anlagen:</w:t>
      </w:r>
    </w:p>
    <w:p>
      <w:pPr>
        <w:spacing w:after="40"/>
        <w:ind w:left="283"/>
      </w:pPr>
      <w:r>
        <w:t>• Kopie der Personenstandsurkunde / des Registerauszugs (Standesamt)</w:t>
      </w:r>
    </w:p>
    <w:p>
      <w:pPr>
        <w:spacing w:after="40"/>
        <w:ind w:left="283"/>
      </w:pPr>
      <w:r>
        <w:t>• Kopie des neuen Personalausweises</w:t>
      </w:r>
    </w:p>
    <w:p>
      <w:pPr>
        <w:spacing w:after="40"/>
        <w:ind w:left="283"/>
      </w:pPr>
      <w:r>
        <w:t>• Ggf. Nachweis der früheren Registrierung (z. B. Bestätigungsschreiben, Studien-ID)</w:t>
      </w:r>
    </w:p>
    <w:p>
      <w:pPr>
        <w:spacing w:after="120"/>
      </w:pPr>
      <w:r>
        <w:br/>
        <w:t>Mit freundlichen Grüßen,</w:t>
        <w:br/>
        <w:br/>
      </w:r>
    </w:p>
    <w:p>
      <w:pPr>
        <w:spacing w:after="80"/>
      </w:pPr>
      <w:r>
        <w:rPr>
          <w:i/>
          <w:color w:val="4B5563"/>
        </w:rPr>
        <w:t>[Unterschrift]</w:t>
      </w:r>
    </w:p>
    <w:p>
      <w:pPr>
        <w:spacing w:after="80"/>
      </w:pPr>
      <w:r>
        <w:rPr>
          <w:i/>
          <w:color w:val="4B5563"/>
        </w:rPr>
        <w:t>[Vorname Nachname]</w:t>
      </w:r>
    </w:p>
    <w:p>
      <w:pPr>
        <w:spacing w:after="80"/>
      </w:pPr>
      <w:r>
        <w:rPr>
          <w:i/>
          <w:color w:val="4B5563"/>
        </w:rPr>
        <w:t>[Datum]</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