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Antrag auf Änderung des Führerscheins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Fahrerlaubnisbehörde / Straßenverkehrsamt [Stadt]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Antrag auf Umschreibung des Führerscheins nach Namensänderung gemäß SBGG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mein Vorname wurde gemäß dem Selbstbestimmungsgesetz (SBGG) mit Wirkung vom [Datum der Eintragung] geändert. Ich beantrage daher die Umschreibung meines Führerscheins mit dem aktualisierten Vornamen.</w:t>
      </w:r>
    </w:p>
    <w:p>
      <w:pPr>
        <w:spacing w:before="200" w:after="40"/>
      </w:pPr>
      <w:r>
        <w:rPr>
          <w:b/>
          <w:color w:val="993556"/>
        </w:rPr>
        <w:t>Daten des bestehenden Führerscheins</w:t>
      </w:r>
    </w:p>
    <w:p>
      <w:pPr>
        <w:spacing w:after="80"/>
      </w:pPr>
      <w:r>
        <w:rPr>
          <w:i/>
          <w:color w:val="4B5563"/>
        </w:rPr>
        <w:t>[Bisheriger Vorname(n) Nachname]</w:t>
      </w:r>
    </w:p>
    <w:p>
      <w:pPr>
        <w:spacing w:after="80"/>
      </w:pPr>
      <w:r>
        <w:rPr>
          <w:i/>
          <w:color w:val="4B5563"/>
        </w:rPr>
        <w:t>[Führerscheinnummer]</w:t>
      </w:r>
    </w:p>
    <w:p>
      <w:pPr>
        <w:spacing w:after="80"/>
      </w:pPr>
      <w:r>
        <w:rPr>
          <w:i/>
          <w:color w:val="4B5563"/>
        </w:rPr>
        <w:t>[Ausstellungsdatum und -behörde]</w:t>
      </w:r>
    </w:p>
    <w:p>
      <w:pPr>
        <w:spacing w:after="80"/>
      </w:pPr>
      <w:r>
        <w:rPr>
          <w:i/>
          <w:color w:val="4B5563"/>
        </w:rPr>
        <w:t>[Enthaltene Führerscheinklassen]</w:t>
      </w:r>
    </w:p>
    <w:p>
      <w:pPr>
        <w:spacing w:before="200" w:after="40"/>
      </w:pPr>
      <w:r>
        <w:rPr>
          <w:b/>
          <w:color w:val="993556"/>
        </w:rPr>
        <w:t>Neuer Vorname</w:t>
      </w:r>
    </w:p>
    <w:p>
      <w:pPr>
        <w:spacing w:after="80"/>
      </w:pPr>
      <w:r>
        <w:rPr>
          <w:i/>
          <w:color w:val="4B5563"/>
        </w:rPr>
        <w:t>[Neuer Vorname(n)]</w:t>
      </w:r>
    </w:p>
    <w:p>
      <w:pPr>
        <w:spacing w:after="120"/>
      </w:pPr>
      <w:r>
        <w:br/>
        <w:t>Der bisherige Führerschein bleibt bis zur Ausstellung des neuen Dokuments gültig. Ich lege den bisherigen Führerschein bei Abholung des neuen Dokuments vor.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Die Umschreibung ist gebührenpflichtig (i. d. R. ca. € 35,00). Bitte vorab bei Ihrer Behörde anfragen, ob ein Termin erforderlich ist.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Kopie der Personenstandsurkunde / des Registerauszugs (Standesamt)</w:t>
      </w:r>
    </w:p>
    <w:p>
      <w:pPr>
        <w:spacing w:after="40"/>
        <w:ind w:left="283"/>
      </w:pPr>
      <w:r>
        <w:t>• Kopie des neuen Personalausweises</w:t>
      </w:r>
    </w:p>
    <w:p>
      <w:pPr>
        <w:spacing w:after="40"/>
        <w:ind w:left="283"/>
      </w:pPr>
      <w:r>
        <w:t>• Bisheriger Führerschein (im Original, zur Umschreibung)</w:t>
      </w:r>
    </w:p>
    <w:p>
      <w:pPr>
        <w:spacing w:after="40"/>
        <w:ind w:left="283"/>
      </w:pPr>
      <w:r>
        <w:t>• Aktuelles biometrisches Lichtbild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