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</w:pPr>
      <w:r>
        <w:rPr>
          <w:b/>
          <w:color w:val="993556"/>
          <w:sz w:val="30"/>
        </w:rPr>
        <w:t>Antrag auf Ausstellung einer neuen Krankenversicherungskarte</w:t>
      </w:r>
    </w:p>
    <w:p>
      <w:pPr>
        <w:spacing w:before="160" w:after="280"/>
        <w:jc w:val="right"/>
      </w:pPr>
      <w:r>
        <w:rPr>
          <w:i/>
          <w:color w:val="4B5563"/>
        </w:rPr>
        <w:t>[Ort], den [Datum]</w:t>
      </w:r>
    </w:p>
    <w:p>
      <w:pPr>
        <w:spacing w:before="200" w:after="40"/>
      </w:pPr>
      <w:r>
        <w:rPr>
          <w:b/>
          <w:color w:val="993556"/>
        </w:rPr>
        <w:t>Absender:in</w:t>
      </w:r>
    </w:p>
    <w:p>
      <w:pPr>
        <w:spacing w:after="80"/>
      </w:pPr>
      <w:r>
        <w:rPr>
          <w:i/>
          <w:color w:val="4B5563"/>
        </w:rPr>
        <w:t>[Vorname Nachname]</w:t>
      </w:r>
    </w:p>
    <w:p>
      <w:pPr>
        <w:spacing w:after="80"/>
      </w:pPr>
      <w:r>
        <w:rPr>
          <w:i/>
          <w:color w:val="4B5563"/>
        </w:rPr>
        <w:t>[Straße Hausnummer]</w:t>
      </w:r>
    </w:p>
    <w:p>
      <w:pPr>
        <w:spacing w:after="80"/>
      </w:pPr>
      <w:r>
        <w:rPr>
          <w:i/>
          <w:color w:val="4B5563"/>
        </w:rPr>
        <w:t>[PLZ Ort]</w:t>
      </w:r>
    </w:p>
    <w:p>
      <w:pPr>
        <w:spacing w:after="80"/>
      </w:pPr>
      <w:r>
        <w:rPr>
          <w:i/>
          <w:color w:val="4B5563"/>
        </w:rPr>
        <w:t>[E-Mail-Adresse]</w:t>
      </w:r>
    </w:p>
    <w:p>
      <w:pPr>
        <w:spacing w:after="80"/>
      </w:pPr>
      <w:r>
        <w:rPr>
          <w:i/>
          <w:color w:val="4B5563"/>
        </w:rPr>
        <w:t>[Telefonnummer]</w:t>
      </w:r>
      <w:r>
        <w:rPr>
          <w:color w:val="9CA3AF"/>
          <w:sz w:val="18"/>
        </w:rPr>
        <w:t xml:space="preserve">  ← optional</w:t>
      </w:r>
    </w:p>
    <w:p>
      <w:pPr>
        <w:spacing w:after="80"/>
      </w:pPr>
      <w:r>
        <w:rPr>
          <w:i/>
          <w:color w:val="4B5563"/>
        </w:rPr>
        <w:t>[Versichertennummer / Aktenzeichen]</w:t>
      </w:r>
      <w:r>
        <w:rPr>
          <w:color w:val="9CA3AF"/>
          <w:sz w:val="18"/>
        </w:rPr>
        <w:t xml:space="preserve">  ← je nach Empfänger</w:t>
      </w:r>
    </w:p>
    <w:p/>
    <w:p>
      <w:pPr>
        <w:spacing w:before="200" w:after="40"/>
      </w:pPr>
      <w:r>
        <w:rPr>
          <w:b/>
          <w:color w:val="993556"/>
        </w:rPr>
        <w:t>Empfänger:in</w:t>
      </w:r>
    </w:p>
    <w:p>
      <w:pPr>
        <w:spacing w:after="120"/>
      </w:pPr>
      <w:r>
        <w:t>[Name der Krankenkasse]</w:t>
        <w:br/>
        <w:t>Kundencenter</w:t>
        <w:br/>
        <w:t>[Straße Hausnummer]</w:t>
        <w:br/>
        <w:t>[PLZ Ort]</w:t>
      </w:r>
    </w:p>
    <w:p>
      <w:pPr>
        <w:spacing w:before="200" w:after="200"/>
      </w:pPr>
      <w:r>
        <w:rPr>
          <w:b/>
        </w:rPr>
        <w:t>Betreff: Antrag auf Neuausstellung der elektronischen Gesundheitskarte (eGK) nach Namens- und Personenstandsänderung – Versichertennr.: [Nummer]</w:t>
      </w:r>
    </w:p>
    <w:p>
      <w:pPr>
        <w:spacing w:after="120"/>
      </w:pPr>
      <w:r>
        <w:t>Sehr geehrte Damen und Herren,</w:t>
      </w:r>
    </w:p>
    <w:p>
      <w:pPr>
        <w:spacing w:after="120"/>
      </w:pPr>
      <w:r>
        <w:t>mein Vorname und mein Geschlechtseintrag wurden gemäß dem Selbstbestimmungsgesetz (SBGG) mit Wirkung vom [Datum der Eintragung] geändert. Ich bitte daher um Ausstellung einer neuen elektronischen Gesundheitskarte (eGK) mit meinen aktualisierten Daten.</w:t>
      </w:r>
    </w:p>
    <w:p>
      <w:pPr>
        <w:spacing w:before="200" w:after="40"/>
      </w:pPr>
      <w:r>
        <w:rPr>
          <w:b/>
          <w:color w:val="993556"/>
        </w:rPr>
        <w:t>Neue Daten</w:t>
      </w:r>
    </w:p>
    <w:p>
      <w:pPr>
        <w:spacing w:after="80"/>
      </w:pPr>
      <w:r>
        <w:rPr>
          <w:i/>
          <w:color w:val="4B5563"/>
        </w:rPr>
        <w:t>[Neuer Vorname(n)]</w:t>
      </w:r>
    </w:p>
    <w:p>
      <w:pPr>
        <w:spacing w:after="80"/>
      </w:pPr>
      <w:r>
        <w:rPr>
          <w:i/>
          <w:color w:val="4B5563"/>
        </w:rPr>
        <w:t>[Neuer Geschlechtseintrag]</w:t>
      </w:r>
    </w:p>
    <w:p>
      <w:pPr>
        <w:spacing w:after="80"/>
      </w:pPr>
      <w:r>
        <w:rPr>
          <w:i/>
          <w:color w:val="4B5563"/>
        </w:rPr>
        <w:t>[Familienname (falls geändert)]</w:t>
      </w:r>
    </w:p>
    <w:p>
      <w:pPr>
        <w:spacing w:after="120"/>
      </w:pPr>
      <w:r>
        <w:br/>
        <w:t>Bitte senden Sie die neue Karte an meine oben angegebene Meldeadresse. Die bisherige Karte sende ich auf Wunsch zurück.</w:t>
      </w:r>
    </w:p>
    <w:p>
      <w:pPr>
        <w:spacing w:before="200" w:after="40"/>
      </w:pPr>
      <w:r>
        <w:rPr>
          <w:b/>
          <w:color w:val="993556"/>
        </w:rPr>
        <w:t>Anlagen:</w:t>
      </w:r>
    </w:p>
    <w:p>
      <w:pPr>
        <w:spacing w:after="40"/>
        <w:ind w:left="283"/>
      </w:pPr>
      <w:r>
        <w:t>• Kopie der Personenstandsurkunde / des Registerauszugs (Standesamt)</w:t>
      </w:r>
    </w:p>
    <w:p>
      <w:pPr>
        <w:spacing w:after="40"/>
        <w:ind w:left="283"/>
      </w:pPr>
      <w:r>
        <w:t>• Kopie des neuen Personalausweises</w:t>
      </w:r>
    </w:p>
    <w:p>
      <w:pPr>
        <w:spacing w:after="120"/>
      </w:pPr>
      <w:r>
        <w:br/>
        <w:t>Mit freundlichen Grüßen,</w:t>
        <w:br/>
        <w:br/>
      </w:r>
    </w:p>
    <w:p>
      <w:pPr>
        <w:spacing w:after="80"/>
      </w:pPr>
      <w:r>
        <w:rPr>
          <w:i/>
          <w:color w:val="4B5563"/>
        </w:rPr>
        <w:t>[Unterschrift]</w:t>
      </w:r>
    </w:p>
    <w:p>
      <w:pPr>
        <w:spacing w:after="80"/>
      </w:pPr>
      <w:r>
        <w:rPr>
          <w:i/>
          <w:color w:val="4B5563"/>
        </w:rPr>
        <w:t>[Vorname Nachname]</w:t>
      </w:r>
    </w:p>
    <w:p>
      <w:pPr>
        <w:spacing w:after="80"/>
      </w:pPr>
      <w:r>
        <w:rPr>
          <w:i/>
          <w:color w:val="4B5563"/>
        </w:rPr>
        <w:t>[Datum]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