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</w:pPr>
      <w:r>
        <w:rPr>
          <w:b/>
          <w:color w:val="993556"/>
          <w:sz w:val="30"/>
        </w:rPr>
        <w:t>Erklärung zur Namens- und Personenstandsänderung nach SBGG</w:t>
      </w:r>
    </w:p>
    <w:p>
      <w:pPr>
        <w:spacing w:after="40"/>
      </w:pPr>
      <w:r>
        <w:t>Selbstbestimmungsgesetz (SBGG) · § 2 Abs. 1</w:t>
      </w:r>
    </w:p>
    <w:p>
      <w:pPr>
        <w:spacing w:before="160" w:after="280"/>
        <w:jc w:val="right"/>
      </w:pPr>
      <w:r>
        <w:rPr>
          <w:i/>
          <w:color w:val="4B5563"/>
        </w:rPr>
        <w:t>[Ort], den [Datum]</w:t>
      </w:r>
    </w:p>
    <w:p>
      <w:pPr>
        <w:spacing w:before="200" w:after="40"/>
      </w:pPr>
      <w:r>
        <w:rPr>
          <w:b/>
          <w:color w:val="993556"/>
        </w:rPr>
        <w:t>Absender:in</w:t>
      </w:r>
    </w:p>
    <w:p>
      <w:pPr>
        <w:spacing w:after="80"/>
      </w:pPr>
      <w:r>
        <w:rPr>
          <w:i/>
          <w:color w:val="4B5563"/>
        </w:rPr>
        <w:t>[Vorname Nachname]</w:t>
      </w:r>
    </w:p>
    <w:p>
      <w:pPr>
        <w:spacing w:after="80"/>
      </w:pPr>
      <w:r>
        <w:rPr>
          <w:i/>
          <w:color w:val="4B5563"/>
        </w:rPr>
        <w:t>[Straße Hausnummer]</w:t>
      </w:r>
    </w:p>
    <w:p>
      <w:pPr>
        <w:spacing w:after="80"/>
      </w:pPr>
      <w:r>
        <w:rPr>
          <w:i/>
          <w:color w:val="4B5563"/>
        </w:rPr>
        <w:t>[PLZ Ort]</w:t>
      </w:r>
    </w:p>
    <w:p>
      <w:pPr>
        <w:spacing w:after="80"/>
      </w:pPr>
      <w:r>
        <w:rPr>
          <w:i/>
          <w:color w:val="4B5563"/>
        </w:rPr>
        <w:t>[E-Mail-Adresse]</w:t>
      </w:r>
    </w:p>
    <w:p>
      <w:pPr>
        <w:spacing w:after="80"/>
      </w:pPr>
      <w:r>
        <w:rPr>
          <w:i/>
          <w:color w:val="4B5563"/>
        </w:rPr>
        <w:t>[Telefonnummer]</w:t>
      </w:r>
      <w:r>
        <w:rPr>
          <w:color w:val="9CA3AF"/>
          <w:sz w:val="18"/>
        </w:rPr>
        <w:t xml:space="preserve">  ← optional</w:t>
      </w:r>
    </w:p>
    <w:p>
      <w:pPr>
        <w:spacing w:after="80"/>
      </w:pPr>
      <w:r>
        <w:rPr>
          <w:i/>
          <w:color w:val="4B5563"/>
        </w:rPr>
        <w:t>[Versichertennummer / Aktenzeichen]</w:t>
      </w:r>
      <w:r>
        <w:rPr>
          <w:color w:val="9CA3AF"/>
          <w:sz w:val="18"/>
        </w:rPr>
        <w:t xml:space="preserve">  ← je nach Empfänger</w:t>
      </w:r>
    </w:p>
    <w:p/>
    <w:p>
      <w:pPr>
        <w:spacing w:before="200" w:after="40"/>
      </w:pPr>
      <w:r>
        <w:rPr>
          <w:b/>
          <w:color w:val="993556"/>
        </w:rPr>
        <w:t>Empfänger:in</w:t>
      </w:r>
    </w:p>
    <w:p>
      <w:pPr>
        <w:spacing w:after="120"/>
      </w:pPr>
      <w:r>
        <w:t>Standesamt [Stadt/Gemeinde]</w:t>
        <w:br/>
        <w:t>[Straße Hausnummer]</w:t>
        <w:br/>
        <w:t>[PLZ Ort]</w:t>
      </w:r>
    </w:p>
    <w:p>
      <w:pPr>
        <w:spacing w:before="200" w:after="200"/>
      </w:pPr>
      <w:r>
        <w:rPr>
          <w:b/>
        </w:rPr>
        <w:t>Betreff: Erklärung zur Änderung des Vornamens und des Geschlechtseintrags gemäß § 2 SBGG</w:t>
      </w:r>
    </w:p>
    <w:p>
      <w:pPr>
        <w:spacing w:after="120"/>
      </w:pPr>
      <w:r>
        <w:t>Sehr geehrte Damen und Herren,</w:t>
      </w:r>
    </w:p>
    <w:p>
      <w:pPr>
        <w:spacing w:after="120"/>
      </w:pPr>
      <w:r>
        <w:t>hiermit erkläre ich gemäß § 2 Abs. 1 des Gesetzes über die Selbstbestimmung in Bezug auf den Geschlechtseintrag (SBGG) die Änderung meines Vornamens sowie meines Geschlechtseintrags im Geburtenregister.</w:t>
      </w:r>
    </w:p>
    <w:p>
      <w:pPr>
        <w:spacing w:before="200" w:after="40"/>
      </w:pPr>
      <w:r>
        <w:rPr>
          <w:b/>
          <w:color w:val="993556"/>
        </w:rPr>
        <w:t>Bisherige Daten</w:t>
      </w:r>
    </w:p>
    <w:p>
      <w:pPr>
        <w:spacing w:after="80"/>
      </w:pPr>
      <w:r>
        <w:rPr>
          <w:i/>
          <w:color w:val="4B5563"/>
        </w:rPr>
        <w:t>[Bisheriger Vorname(n)]</w:t>
      </w:r>
    </w:p>
    <w:p>
      <w:pPr>
        <w:spacing w:after="80"/>
      </w:pPr>
      <w:r>
        <w:rPr>
          <w:i/>
          <w:color w:val="4B5563"/>
        </w:rPr>
        <w:t>[Bisheriger Geschlechtseintrag]</w:t>
      </w:r>
      <w:r>
        <w:rPr>
          <w:color w:val="9CA3AF"/>
          <w:sz w:val="18"/>
        </w:rPr>
        <w:t xml:space="preserve">  ← z. B. männlich / weiblich / divers / ohne Eintrag</w:t>
      </w:r>
    </w:p>
    <w:p>
      <w:pPr>
        <w:spacing w:after="80"/>
      </w:pPr>
      <w:r>
        <w:rPr>
          <w:i/>
          <w:color w:val="4B5563"/>
        </w:rPr>
        <w:t>[Geburtsdatum]</w:t>
      </w:r>
    </w:p>
    <w:p>
      <w:pPr>
        <w:spacing w:after="80"/>
      </w:pPr>
      <w:r>
        <w:rPr>
          <w:i/>
          <w:color w:val="4B5563"/>
        </w:rPr>
        <w:t>[Geburtsort]</w:t>
      </w:r>
    </w:p>
    <w:p>
      <w:pPr>
        <w:spacing w:after="80"/>
      </w:pPr>
      <w:r>
        <w:rPr>
          <w:i/>
          <w:color w:val="4B5563"/>
        </w:rPr>
        <w:t>[Geburtsregisternummer]</w:t>
      </w:r>
      <w:r>
        <w:rPr>
          <w:color w:val="9CA3AF"/>
          <w:sz w:val="18"/>
        </w:rPr>
        <w:t xml:space="preserve">  ← sofern bekannt</w:t>
      </w:r>
    </w:p>
    <w:p>
      <w:pPr>
        <w:spacing w:before="200" w:after="40"/>
      </w:pPr>
      <w:r>
        <w:rPr>
          <w:b/>
          <w:color w:val="993556"/>
        </w:rPr>
        <w:t>Gewünschte Änderung</w:t>
      </w:r>
    </w:p>
    <w:p>
      <w:pPr>
        <w:spacing w:after="80"/>
      </w:pPr>
      <w:r>
        <w:rPr>
          <w:i/>
          <w:color w:val="4B5563"/>
        </w:rPr>
        <w:t>[Neuer Vorname(n)]</w:t>
      </w:r>
    </w:p>
    <w:p>
      <w:pPr>
        <w:spacing w:after="80"/>
      </w:pPr>
      <w:r>
        <w:rPr>
          <w:i/>
          <w:color w:val="4B5563"/>
        </w:rPr>
        <w:t>[Neuer Geschlechtseintrag]</w:t>
      </w:r>
      <w:r>
        <w:rPr>
          <w:color w:val="9CA3AF"/>
          <w:sz w:val="18"/>
        </w:rPr>
        <w:t xml:space="preserve">  ← männlich / weiblich / divers / ohne Eintrag</w:t>
      </w:r>
    </w:p>
    <w:p>
      <w:pPr>
        <w:spacing w:after="120"/>
      </w:pPr>
      <w:r>
        <w:br/>
        <w:t>Ich versichere, dass meine innere Geschlechtsidentität nicht mit dem bisher eingetragenen Geschlecht übereinstimmt und dass die Erklärung meiner inneren Überzeugung entspricht.</w:t>
      </w:r>
    </w:p>
    <w:p>
      <w:pPr>
        <w:spacing w:before="280" w:after="80"/>
      </w:pPr>
      <w:r>
        <w:rPr>
          <w:b/>
          <w:color w:val="993556"/>
        </w:rPr>
        <w:t xml:space="preserve">ℹ  Hinweis: </w:t>
      </w:r>
      <w:r>
        <w:rPr>
          <w:color w:val="4B5563"/>
          <w:sz w:val="20"/>
        </w:rPr>
        <w:t>Die Erklärung ist persönlich beim zuständigen Standesamt abzugeben. Anschließend wird eine Sperrfrist von einem Jahr wirksam (§ 3 SBGG). Die Erklärung ist gebührenpflichtig (i. d. R. € 13,00).</w:t>
      </w:r>
    </w:p>
    <w:p>
      <w:pPr>
        <w:spacing w:before="200" w:after="40"/>
      </w:pPr>
      <w:r>
        <w:rPr>
          <w:b/>
          <w:color w:val="993556"/>
        </w:rPr>
        <w:t>Anlagen:</w:t>
      </w:r>
    </w:p>
    <w:p>
      <w:pPr>
        <w:spacing w:after="40"/>
        <w:ind w:left="283"/>
      </w:pPr>
      <w:r>
        <w:t>• Personalausweis oder Reisepass (im Original)</w:t>
      </w:r>
    </w:p>
    <w:p>
      <w:pPr>
        <w:spacing w:after="40"/>
        <w:ind w:left="283"/>
      </w:pPr>
      <w:r>
        <w:t>• Geburtsurkunde (sofern vom Standesamt angefordert)</w:t>
      </w:r>
    </w:p>
    <w:p>
      <w:pPr>
        <w:spacing w:after="120"/>
      </w:pPr>
      <w:r>
        <w:br/>
        <w:t>Mit freundlichen Grüßen,</w:t>
        <w:br/>
        <w:br/>
      </w:r>
    </w:p>
    <w:p>
      <w:pPr>
        <w:spacing w:after="80"/>
      </w:pPr>
      <w:r>
        <w:rPr>
          <w:i/>
          <w:color w:val="4B5563"/>
        </w:rPr>
        <w:t>[Unterschrift]</w:t>
      </w:r>
    </w:p>
    <w:p>
      <w:pPr>
        <w:spacing w:after="80"/>
      </w:pPr>
      <w:r>
        <w:rPr>
          <w:i/>
          <w:color w:val="4B5563"/>
        </w:rPr>
        <w:t>[Vorname Nachname]</w:t>
      </w:r>
    </w:p>
    <w:p>
      <w:pPr>
        <w:spacing w:after="80"/>
      </w:pPr>
      <w:r>
        <w:rPr>
          <w:i/>
          <w:color w:val="4B5563"/>
        </w:rPr>
        <w:t>[Datum]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