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b/>
          <w:color w:val="993556"/>
          <w:sz w:val="30"/>
        </w:rPr>
        <w:t>Antrag auf Änderung von Personalausweis und Reisepass</w:t>
      </w:r>
    </w:p>
    <w:p>
      <w:pPr>
        <w:spacing w:before="160" w:after="280"/>
        <w:jc w:val="right"/>
      </w:pPr>
      <w:r>
        <w:rPr>
          <w:i/>
          <w:color w:val="4B5563"/>
        </w:rPr>
        <w:t>[Ort], den [Datum]</w:t>
      </w:r>
    </w:p>
    <w:p>
      <w:pPr>
        <w:spacing w:before="200" w:after="40"/>
      </w:pPr>
      <w:r>
        <w:rPr>
          <w:b/>
          <w:color w:val="993556"/>
        </w:rPr>
        <w:t>Absender:in</w:t>
      </w:r>
    </w:p>
    <w:p>
      <w:pPr>
        <w:spacing w:after="80"/>
      </w:pPr>
      <w:r>
        <w:rPr>
          <w:i/>
          <w:color w:val="4B5563"/>
        </w:rPr>
        <w:t>[Vorname Nachname]</w:t>
      </w:r>
    </w:p>
    <w:p>
      <w:pPr>
        <w:spacing w:after="80"/>
      </w:pPr>
      <w:r>
        <w:rPr>
          <w:i/>
          <w:color w:val="4B5563"/>
        </w:rPr>
        <w:t>[Straße Hausnummer]</w:t>
      </w:r>
    </w:p>
    <w:p>
      <w:pPr>
        <w:spacing w:after="80"/>
      </w:pPr>
      <w:r>
        <w:rPr>
          <w:i/>
          <w:color w:val="4B5563"/>
        </w:rPr>
        <w:t>[PLZ Ort]</w:t>
      </w:r>
    </w:p>
    <w:p>
      <w:pPr>
        <w:spacing w:after="80"/>
      </w:pPr>
      <w:r>
        <w:rPr>
          <w:i/>
          <w:color w:val="4B5563"/>
        </w:rPr>
        <w:t>[E-Mail-Adresse]</w:t>
      </w:r>
    </w:p>
    <w:p>
      <w:pPr>
        <w:spacing w:after="80"/>
      </w:pPr>
      <w:r>
        <w:rPr>
          <w:i/>
          <w:color w:val="4B5563"/>
        </w:rPr>
        <w:t>[Telefonnummer]</w:t>
      </w:r>
      <w:r>
        <w:rPr>
          <w:color w:val="9CA3AF"/>
          <w:sz w:val="18"/>
        </w:rPr>
        <w:t xml:space="preserve">  ← optional</w:t>
      </w:r>
    </w:p>
    <w:p>
      <w:pPr>
        <w:spacing w:after="80"/>
      </w:pPr>
      <w:r>
        <w:rPr>
          <w:i/>
          <w:color w:val="4B5563"/>
        </w:rPr>
        <w:t>[Versichertennummer / Aktenzeichen]</w:t>
      </w:r>
      <w:r>
        <w:rPr>
          <w:color w:val="9CA3AF"/>
          <w:sz w:val="18"/>
        </w:rPr>
        <w:t xml:space="preserve">  ← je nach Empfänger</w:t>
      </w:r>
    </w:p>
    <w:p/>
    <w:p>
      <w:pPr>
        <w:spacing w:before="200" w:after="40"/>
      </w:pPr>
      <w:r>
        <w:rPr>
          <w:b/>
          <w:color w:val="993556"/>
        </w:rPr>
        <w:t>Empfänger:in</w:t>
      </w:r>
    </w:p>
    <w:p>
      <w:pPr>
        <w:spacing w:after="120"/>
      </w:pPr>
      <w:r>
        <w:t>Einwohnermeldebehörde / Bürgeramt [Stadt]</w:t>
        <w:br/>
        <w:t>[Straße Hausnummer]</w:t>
        <w:br/>
        <w:t>[PLZ Ort]</w:t>
      </w:r>
    </w:p>
    <w:p>
      <w:pPr>
        <w:spacing w:before="200" w:after="200"/>
      </w:pPr>
      <w:r>
        <w:rPr>
          <w:b/>
        </w:rPr>
        <w:t>Betreff: Antrag auf Neuausstellung von Personalausweis und Reisepass nach Namens- und Personenstandsänderung gemäß SBGG</w:t>
      </w:r>
    </w:p>
    <w:p>
      <w:pPr>
        <w:spacing w:after="120"/>
      </w:pPr>
      <w:r>
        <w:t>Sehr geehrte Damen und Herren,</w:t>
      </w:r>
    </w:p>
    <w:p>
      <w:pPr>
        <w:spacing w:after="120"/>
      </w:pPr>
      <w:r>
        <w:t>mit Wirkung vom [Datum der SBGG-Eintragung] wurden mein Vorname und mein Geschlechtseintrag durch das Standesamt [Stadt] geändert. Ich beantrage daher die Neuausstellung meiner Ausweisdokumente mit den aktualisierten Daten.</w:t>
      </w:r>
    </w:p>
    <w:p>
      <w:pPr>
        <w:spacing w:before="200" w:after="40"/>
      </w:pPr>
      <w:r>
        <w:rPr>
          <w:b/>
          <w:color w:val="993556"/>
        </w:rPr>
        <w:t>Neue Personalien</w:t>
      </w:r>
    </w:p>
    <w:p>
      <w:pPr>
        <w:spacing w:after="80"/>
      </w:pPr>
      <w:r>
        <w:rPr>
          <w:i/>
          <w:color w:val="4B5563"/>
        </w:rPr>
        <w:t>[Neuer Vorname(n)]</w:t>
      </w:r>
    </w:p>
    <w:p>
      <w:pPr>
        <w:spacing w:after="80"/>
      </w:pPr>
      <w:r>
        <w:rPr>
          <w:i/>
          <w:color w:val="4B5563"/>
        </w:rPr>
        <w:t>[Neuer Geschlechtseintrag]</w:t>
      </w:r>
    </w:p>
    <w:p>
      <w:pPr>
        <w:spacing w:after="80"/>
      </w:pPr>
      <w:r>
        <w:rPr>
          <w:i/>
          <w:color w:val="4B5563"/>
        </w:rPr>
        <w:t>[Familienname]</w:t>
      </w:r>
    </w:p>
    <w:p>
      <w:pPr>
        <w:spacing w:before="200" w:after="40"/>
      </w:pPr>
      <w:r>
        <w:rPr>
          <w:b/>
          <w:color w:val="993556"/>
        </w:rPr>
        <w:t>Gewünschte Dokumente</w:t>
      </w:r>
    </w:p>
    <w:p>
      <w:pPr>
        <w:spacing w:after="120"/>
      </w:pPr>
      <w:r>
        <w:t>☐  Personalausweis</w:t>
        <w:br/>
        <w:t>☐  Reisepass</w:t>
        <w:br/>
        <w:t>☐  Vorläufiger Personalausweis</w:t>
        <w:br/>
        <w:t>☐  Vorläufiger Reisepass</w:t>
      </w:r>
    </w:p>
    <w:p>
      <w:pPr>
        <w:spacing w:before="280" w:after="80"/>
      </w:pPr>
      <w:r>
        <w:rPr>
          <w:b/>
          <w:color w:val="993556"/>
        </w:rPr>
        <w:t xml:space="preserve">ℹ  Hinweis: </w:t>
      </w:r>
      <w:r>
        <w:rPr>
          <w:color w:val="4B5563"/>
          <w:sz w:val="20"/>
        </w:rPr>
        <w:t>Bitte das Personenstandsnachweis-Dokument des Standesamts sowie aktuelle biometrische Lichtbilder mitbringen. Gebühren: Personalausweis € 37,00 (unter 24 J.: € 22,80), Reisepass € 70,00 (unter 24 J.: € 37,50).</w:t>
      </w:r>
    </w:p>
    <w:p>
      <w:pPr>
        <w:spacing w:before="200" w:after="40"/>
      </w:pPr>
      <w:r>
        <w:rPr>
          <w:b/>
          <w:color w:val="993556"/>
        </w:rPr>
        <w:t>Anlagen:</w:t>
      </w:r>
    </w:p>
    <w:p>
      <w:pPr>
        <w:spacing w:after="40"/>
        <w:ind w:left="283"/>
      </w:pPr>
      <w:r>
        <w:t>• Personenstandsurkunde / Änderungsnachweis des Standesamts</w:t>
      </w:r>
    </w:p>
    <w:p>
      <w:pPr>
        <w:spacing w:after="40"/>
        <w:ind w:left="283"/>
      </w:pPr>
      <w:r>
        <w:t>• Bisheriger Personalausweis und/oder Reisepass</w:t>
      </w:r>
    </w:p>
    <w:p>
      <w:pPr>
        <w:spacing w:after="40"/>
        <w:ind w:left="283"/>
      </w:pPr>
      <w:r>
        <w:t>• Biometrisches Lichtbild (aktuell, max. 6 Monate alt)</w:t>
      </w:r>
    </w:p>
    <w:p>
      <w:pPr>
        <w:spacing w:after="120"/>
      </w:pPr>
      <w:r>
        <w:br/>
        <w:t>Mit freundlichen Grüßen,</w:t>
        <w:br/>
        <w:br/>
      </w:r>
    </w:p>
    <w:p>
      <w:pPr>
        <w:spacing w:after="80"/>
      </w:pPr>
      <w:r>
        <w:rPr>
          <w:i/>
          <w:color w:val="4B5563"/>
        </w:rPr>
        <w:t>[Unterschrift]</w:t>
      </w:r>
    </w:p>
    <w:p>
      <w:pPr>
        <w:spacing w:after="80"/>
      </w:pPr>
      <w:r>
        <w:rPr>
          <w:i/>
          <w:color w:val="4B5563"/>
        </w:rPr>
        <w:t>[Vorname Nachname]</w:t>
      </w:r>
    </w:p>
    <w:p>
      <w:pPr>
        <w:spacing w:after="80"/>
      </w:pPr>
      <w:r>
        <w:rPr>
          <w:i/>
          <w:color w:val="4B5563"/>
        </w:rPr>
        <w:t>[Datum]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