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b/>
          <w:color w:val="993556"/>
          <w:sz w:val="30"/>
        </w:rPr>
        <w:t>Mitteilung der Namens- und Personenstandsänderung an die Rentenversicherung</w:t>
      </w:r>
    </w:p>
    <w:p>
      <w:pPr>
        <w:spacing w:before="160" w:after="280"/>
        <w:jc w:val="right"/>
      </w:pPr>
      <w:r>
        <w:rPr>
          <w:i/>
          <w:color w:val="4B5563"/>
        </w:rPr>
        <w:t>[Ort], den [Datum]</w:t>
      </w:r>
    </w:p>
    <w:p>
      <w:pPr>
        <w:spacing w:before="200" w:after="40"/>
      </w:pPr>
      <w:r>
        <w:rPr>
          <w:b/>
          <w:color w:val="993556"/>
        </w:rPr>
        <w:t>Absender:in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[Straße Hausnummer]</w:t>
      </w:r>
    </w:p>
    <w:p>
      <w:pPr>
        <w:spacing w:after="80"/>
      </w:pPr>
      <w:r>
        <w:rPr>
          <w:i/>
          <w:color w:val="4B5563"/>
        </w:rPr>
        <w:t>[PLZ Ort]</w:t>
      </w:r>
    </w:p>
    <w:p>
      <w:pPr>
        <w:spacing w:after="80"/>
      </w:pPr>
      <w:r>
        <w:rPr>
          <w:i/>
          <w:color w:val="4B5563"/>
        </w:rPr>
        <w:t>[E-Mail-Adresse]</w:t>
      </w:r>
    </w:p>
    <w:p>
      <w:pPr>
        <w:spacing w:after="80"/>
      </w:pPr>
      <w:r>
        <w:rPr>
          <w:i/>
          <w:color w:val="4B5563"/>
        </w:rPr>
        <w:t>[Telefonnummer]</w:t>
      </w:r>
      <w:r>
        <w:rPr>
          <w:color w:val="9CA3AF"/>
          <w:sz w:val="18"/>
        </w:rPr>
        <w:t xml:space="preserve">  ← optional</w:t>
      </w:r>
    </w:p>
    <w:p>
      <w:pPr>
        <w:spacing w:after="80"/>
      </w:pPr>
      <w:r>
        <w:rPr>
          <w:i/>
          <w:color w:val="4B5563"/>
        </w:rPr>
        <w:t>[Versichertennummer / Aktenzeichen]</w:t>
      </w:r>
      <w:r>
        <w:rPr>
          <w:color w:val="9CA3AF"/>
          <w:sz w:val="18"/>
        </w:rPr>
        <w:t xml:space="preserve">  ← je nach Empfänger</w:t>
      </w:r>
    </w:p>
    <w:p/>
    <w:p>
      <w:pPr>
        <w:spacing w:before="200" w:after="40"/>
      </w:pPr>
      <w:r>
        <w:rPr>
          <w:b/>
          <w:color w:val="993556"/>
        </w:rPr>
        <w:t>Empfänger:in</w:t>
      </w:r>
    </w:p>
    <w:p>
      <w:pPr>
        <w:spacing w:after="120"/>
      </w:pPr>
      <w:r>
        <w:t>Deutsche Rentenversicherung [Bund / Region]</w:t>
        <w:br/>
        <w:t>[Straße Hausnummer]</w:t>
        <w:br/>
        <w:t>[PLZ Ort]</w:t>
      </w:r>
    </w:p>
    <w:p>
      <w:pPr>
        <w:spacing w:before="200" w:after="200"/>
      </w:pPr>
      <w:r>
        <w:rPr>
          <w:b/>
        </w:rPr>
        <w:t>Betreff: Mitteilung über Namens- und Personenstandsänderung gemäß SBGG – Rentenversicherungsnr.: [Nummer]</w:t>
      </w:r>
    </w:p>
    <w:p>
      <w:pPr>
        <w:spacing w:after="120"/>
      </w:pPr>
      <w:r>
        <w:t>Sehr geehrte Damen und Herren,</w:t>
      </w:r>
    </w:p>
    <w:p>
      <w:pPr>
        <w:spacing w:after="120"/>
      </w:pPr>
      <w:r>
        <w:t>ich teile Ihnen mit, dass mein Vorname und mein Geschlechtseintrag gemäß dem Selbstbestimmungsgesetz (SBGG) mit Wirkung vom [Datum der Eintragung] geändert wurden. Ich bitte Sie, meine Daten in Ihrem System entsprechend zu aktualisieren und mir einen neuen Sozialversicherungsausweis auszustellen.</w:t>
      </w:r>
    </w:p>
    <w:p>
      <w:pPr>
        <w:spacing w:before="200" w:after="40"/>
      </w:pPr>
      <w:r>
        <w:rPr>
          <w:b/>
          <w:color w:val="993556"/>
        </w:rPr>
        <w:t>Bisherige Daten</w:t>
      </w:r>
    </w:p>
    <w:p>
      <w:pPr>
        <w:spacing w:after="80"/>
      </w:pPr>
      <w:r>
        <w:rPr>
          <w:i/>
          <w:color w:val="4B5563"/>
        </w:rPr>
        <w:t>[Bisheriger Vorname(n) Nachname]</w:t>
      </w:r>
    </w:p>
    <w:p>
      <w:pPr>
        <w:spacing w:after="80"/>
      </w:pPr>
      <w:r>
        <w:rPr>
          <w:i/>
          <w:color w:val="4B5563"/>
        </w:rPr>
        <w:t>[Bisheriger Geschlechtseintrag]</w:t>
      </w:r>
    </w:p>
    <w:p>
      <w:pPr>
        <w:spacing w:before="200" w:after="40"/>
      </w:pPr>
      <w:r>
        <w:rPr>
          <w:b/>
          <w:color w:val="993556"/>
        </w:rPr>
        <w:t>Neue Daten</w:t>
      </w:r>
    </w:p>
    <w:p>
      <w:pPr>
        <w:spacing w:after="80"/>
      </w:pPr>
      <w:r>
        <w:rPr>
          <w:i/>
          <w:color w:val="4B5563"/>
        </w:rPr>
        <w:t>[Neuer Vorname(n) Nachname]</w:t>
      </w:r>
    </w:p>
    <w:p>
      <w:pPr>
        <w:spacing w:after="80"/>
      </w:pPr>
      <w:r>
        <w:rPr>
          <w:i/>
          <w:color w:val="4B5563"/>
        </w:rPr>
        <w:t>[Neuer Geschlechtseintrag]</w:t>
      </w:r>
    </w:p>
    <w:p>
      <w:pPr>
        <w:spacing w:after="80"/>
      </w:pPr>
      <w:r>
        <w:rPr>
          <w:i/>
          <w:color w:val="4B5563"/>
        </w:rPr>
        <w:t>[Rentenversicherungsnummer]</w:t>
      </w:r>
    </w:p>
    <w:p>
      <w:pPr>
        <w:spacing w:after="120"/>
      </w:pPr>
      <w:r>
        <w:br/>
        <w:t>Bitte senden Sie den aktualisierten Sozialversicherungsausweis an meine oben angegebene Adresse.</w:t>
      </w:r>
    </w:p>
    <w:p>
      <w:pPr>
        <w:spacing w:before="200" w:after="40"/>
      </w:pPr>
      <w:r>
        <w:rPr>
          <w:b/>
          <w:color w:val="993556"/>
        </w:rPr>
        <w:t>Anlagen:</w:t>
      </w:r>
    </w:p>
    <w:p>
      <w:pPr>
        <w:spacing w:after="40"/>
        <w:ind w:left="283"/>
      </w:pPr>
      <w:r>
        <w:t>• Beglaubigte Kopie der Personenstandsurkunde / des Registerauszugs (Standesamt)</w:t>
      </w:r>
    </w:p>
    <w:p>
      <w:pPr>
        <w:spacing w:after="40"/>
        <w:ind w:left="283"/>
      </w:pPr>
      <w:r>
        <w:t>• Kopie des neuen Personalausweises</w:t>
      </w:r>
    </w:p>
    <w:p>
      <w:pPr>
        <w:spacing w:after="120"/>
      </w:pPr>
      <w:r>
        <w:br/>
        <w:t>Mit freundlichen Grüßen,</w:t>
        <w:br/>
        <w:br/>
      </w:r>
    </w:p>
    <w:p>
      <w:pPr>
        <w:spacing w:after="80"/>
      </w:pPr>
      <w:r>
        <w:rPr>
          <w:i/>
          <w:color w:val="4B5563"/>
        </w:rPr>
        <w:t>[Unterschrift]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[Datum]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