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Trans* Lebenslauf</w:t>
      </w:r>
    </w:p>
    <w:p>
      <w:pPr>
        <w:spacing w:after="40"/>
      </w:pPr>
      <w:r>
        <w:t>Biografischer Lebenslauf bei Geschlechtsinkongruenz</w:t>
      </w:r>
    </w:p>
    <w:p>
      <w:pPr>
        <w:spacing w:after="280"/>
      </w:pPr>
      <w:r>
        <w:rPr>
          <w:i/>
          <w:color w:val="4B5563"/>
        </w:rPr>
        <w:t>von [Vorname Nachname] · Stand: [Datum]</w:t>
      </w:r>
    </w:p>
    <w:p>
      <w:pPr>
        <w:spacing w:before="200" w:after="40"/>
      </w:pPr>
      <w:r>
        <w:rPr>
          <w:b/>
          <w:color w:val="993556"/>
        </w:rPr>
        <w:t>Persönliche Daten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[Geburtsdatum und Geburtsort]</w:t>
      </w:r>
    </w:p>
    <w:p>
      <w:pPr>
        <w:spacing w:after="80"/>
      </w:pPr>
      <w:r>
        <w:rPr>
          <w:i/>
          <w:color w:val="4B5563"/>
        </w:rPr>
        <w:t>[Familienstand]</w:t>
      </w:r>
      <w:r>
        <w:rPr>
          <w:color w:val="9CA3AF"/>
          <w:sz w:val="18"/>
        </w:rPr>
        <w:t xml:space="preserve">  ← z. B. ledig, verheiratet, verpartnert</w:t>
      </w:r>
    </w:p>
    <w:p>
      <w:pPr>
        <w:spacing w:after="80"/>
      </w:pPr>
      <w:r>
        <w:rPr>
          <w:i/>
          <w:color w:val="4B5563"/>
        </w:rPr>
        <w:t>[Eltern und Geschwister]</w:t>
      </w:r>
      <w:r>
        <w:rPr>
          <w:color w:val="9CA3AF"/>
          <w:sz w:val="18"/>
        </w:rPr>
        <w:t xml:space="preserve">  ← kurz — z. B. „aufgewachsen mit beiden Eltern und einer Schwester"</w:t>
      </w:r>
    </w:p>
    <w:p>
      <w:pPr>
        <w:spacing w:after="80"/>
      </w:pPr>
      <w:r>
        <w:rPr>
          <w:i/>
          <w:color w:val="4B5563"/>
        </w:rPr>
        <w:t>[Eigene Kinder]</w:t>
      </w:r>
      <w:r>
        <w:rPr>
          <w:color w:val="9CA3AF"/>
          <w:sz w:val="18"/>
        </w:rPr>
        <w:t xml:space="preserve">  ← falls vorhanden, sonst Zeile löschen</w:t>
      </w:r>
    </w:p>
    <w:p/>
    <w:p>
      <w:pPr>
        <w:spacing w:before="200" w:after="40"/>
      </w:pPr>
      <w:r>
        <w:rPr>
          <w:b/>
          <w:color w:val="993556"/>
        </w:rPr>
        <w:t>1. Frühe Kindheit bis zur Einschulung</w:t>
      </w:r>
    </w:p>
    <w:p>
      <w:pPr>
        <w:spacing w:after="80"/>
      </w:pPr>
      <w:r>
        <w:rPr>
          <w:i/>
          <w:color w:val="4B5563"/>
          <w:sz w:val="20"/>
        </w:rPr>
        <w:t>An die ersten Lebensjahre erinnern sich die wenigsten — fang einfach dort an, wo deine Erinnerung einsetzt. Was weißt du noch aus dieser Zeit? Wie hast du dich gefühlt, womit hast du dich gerne beschäftigt?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00" w:after="40"/>
      </w:pPr>
      <w:r>
        <w:rPr>
          <w:b/>
          <w:color w:val="993556"/>
        </w:rPr>
        <w:t>2. Grundschulzeit</w:t>
      </w:r>
    </w:p>
    <w:p>
      <w:pPr>
        <w:spacing w:after="80"/>
      </w:pPr>
      <w:r>
        <w:rPr>
          <w:i/>
          <w:color w:val="4B5563"/>
          <w:sz w:val="20"/>
        </w:rPr>
        <w:t>Wie hast du dich in dieser Zeit erlebt — in deinem Verhalten, deiner Gefühlslage, deinem Verhältnis zu anderen Kindern? Wie hat dein Umfeld (Familie, Schule, Freund:innen) reagiert?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00" w:after="40"/>
      </w:pPr>
      <w:r>
        <w:rPr>
          <w:b/>
          <w:color w:val="993556"/>
        </w:rPr>
        <w:t>3. Pubertät und weitere Schulzeit</w:t>
      </w:r>
    </w:p>
    <w:p>
      <w:pPr>
        <w:spacing w:after="80"/>
      </w:pPr>
      <w:r>
        <w:rPr>
          <w:i/>
          <w:color w:val="4B5563"/>
          <w:sz w:val="20"/>
        </w:rPr>
        <w:t>Für viele die belastendste Phase: Wie hast du die körperlichen Veränderungen erlebt? Wie bist du mit Rollenerwartungen umgegangen? Gab es erste Gedanken zu deiner Geschlechtsidentität?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00" w:after="40"/>
      </w:pPr>
      <w:r>
        <w:rPr>
          <w:b/>
          <w:color w:val="993556"/>
        </w:rPr>
        <w:t>4. Ausbildung, Studium und Berufsleben</w:t>
      </w:r>
    </w:p>
    <w:p>
      <w:pPr>
        <w:spacing w:after="80"/>
      </w:pPr>
      <w:r>
        <w:rPr>
          <w:i/>
          <w:color w:val="4B5563"/>
          <w:sz w:val="20"/>
        </w:rPr>
        <w:t>Wie hast du den Einstieg ins Berufsleben erlebt? Warst du zu diesem Zeitpunkt geoutet — und falls ja, wie waren die Reaktionen? Wie wirst du im Arbeitsumfeld wahrgenommen, wie fühlst du dich dort?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00" w:after="40"/>
      </w:pPr>
      <w:r>
        <w:rPr>
          <w:b/>
          <w:color w:val="993556"/>
        </w:rPr>
        <w:t>5. Coming-out und Selbsterkenntnis</w:t>
      </w:r>
    </w:p>
    <w:p>
      <w:pPr>
        <w:spacing w:after="80"/>
      </w:pPr>
      <w:r>
        <w:rPr>
          <w:i/>
          <w:color w:val="4B5563"/>
          <w:sz w:val="20"/>
        </w:rPr>
        <w:t>Wann und wie hast du erkannt, dass du trans* bist? Wie kam es zum Coming-out — wem hast du dich zuerst anvertraut, wie haben Familie, Freund:innen und Umfeld reagiert? Wer weiß heute Bescheid?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00" w:after="40"/>
      </w:pPr>
      <w:r>
        <w:rPr>
          <w:b/>
          <w:color w:val="993556"/>
        </w:rPr>
        <w:t>6. Bisherige Schritte deiner Transition</w:t>
      </w:r>
    </w:p>
    <w:p>
      <w:pPr>
        <w:spacing w:after="80"/>
      </w:pPr>
      <w:r>
        <w:rPr>
          <w:i/>
          <w:color w:val="4B5563"/>
          <w:sz w:val="20"/>
        </w:rPr>
        <w:t>Was hast du bereits in die Wege geleitet — z. B. Psychotherapie (seit wann, bei wem), Hormontherapie, soziale Transition (Name, Pronomen, Auftreten im Alltag), Namens- und Personenstandsänderung, bereits erfolgte Behandlungen? Welche Erfahrungen hast du damit gemacht?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00" w:after="40"/>
      </w:pPr>
      <w:r>
        <w:rPr>
          <w:b/>
          <w:color w:val="993556"/>
        </w:rPr>
        <w:t>7. Aktuelle Lebenssituation und geplante Schritte</w:t>
      </w:r>
    </w:p>
    <w:p>
      <w:pPr>
        <w:spacing w:after="80"/>
      </w:pPr>
      <w:r>
        <w:rPr>
          <w:i/>
          <w:color w:val="4B5563"/>
          <w:sz w:val="20"/>
        </w:rPr>
        <w:t>Wie lebst du heute? Was steht als Nächstes an, welche Maßnahmen sind geplant — und was erhoffst du dir davon für dein Leben und dein Wohlbefinden?</w:t>
      </w:r>
    </w:p>
    <w:p>
      <w:pPr>
        <w:spacing w:after="80"/>
      </w:pPr>
      <w:r>
        <w:rPr>
          <w:i/>
          <w:color w:val="4B5563"/>
        </w:rPr>
        <w:t>[Dein Text]</w:t>
      </w:r>
    </w:p>
    <w:p/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Schreib deine Inhalte unbedingt selbst und in eigenen Worten — übernimm keine fremden Texte. Gutachter:innen führen oft ein persönliches Gespräch; Widersprüche zwischen Text und Gespräch wirken schnell gegen dich. Es gibt keine „richtige" trans* Biografie: Umwege und Phasen des Zweifelns gehören dazu und machen deine Geschichte authentisch. Üblich sind 2–5 Seiten. Sehr intime Details musst du nicht ausführen, wenn du das nicht möchtest.</w:t>
      </w:r>
    </w:p>
    <w:p>
      <w:pPr>
        <w:spacing w:before="400"/>
      </w:pPr>
      <w:r>
        <w:rPr>
          <w:i/>
          <w:color w:val="4B5563"/>
        </w:rPr>
        <w:t>[Ort], den [Datum]</w:t>
      </w:r>
    </w:p>
    <w:p>
      <w:pPr>
        <w:spacing w:after="80"/>
      </w:pPr>
      <w:r>
        <w:rPr>
          <w:i/>
          <w:color w:val="4B5563"/>
        </w:rPr>
        <w:t>[Unterschrift]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