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pPr>
      <w:r>
        <w:rPr>
          <w:b/>
          <w:color w:val="993556"/>
          <w:sz w:val="30"/>
        </w:rPr>
        <w:t>Widerspruch gegen Ablehnung der Kostenübernahme</w:t>
      </w:r>
    </w:p>
    <w:p>
      <w:pPr>
        <w:spacing w:before="160" w:after="280"/>
        <w:jc w:val="right"/>
      </w:pPr>
      <w:r>
        <w:rPr>
          <w:i/>
          <w:color w:val="4B5563"/>
        </w:rPr>
        <w:t>[Ort], den [Datum]</w:t>
      </w:r>
    </w:p>
    <w:p>
      <w:pPr>
        <w:spacing w:before="200" w:after="40"/>
      </w:pPr>
      <w:r>
        <w:rPr>
          <w:b/>
          <w:color w:val="993556"/>
        </w:rPr>
        <w:t>Absender:in</w:t>
      </w:r>
    </w:p>
    <w:p>
      <w:pPr>
        <w:spacing w:after="80"/>
      </w:pPr>
      <w:r>
        <w:rPr>
          <w:i/>
          <w:color w:val="4B5563"/>
        </w:rPr>
        <w:t>[Vorname Nachname]</w:t>
      </w:r>
    </w:p>
    <w:p>
      <w:pPr>
        <w:spacing w:after="80"/>
      </w:pPr>
      <w:r>
        <w:rPr>
          <w:i/>
          <w:color w:val="4B5563"/>
        </w:rPr>
        <w:t>[Straße Hausnummer]</w:t>
      </w:r>
    </w:p>
    <w:p>
      <w:pPr>
        <w:spacing w:after="80"/>
      </w:pPr>
      <w:r>
        <w:rPr>
          <w:i/>
          <w:color w:val="4B5563"/>
        </w:rPr>
        <w:t>[PLZ Ort]</w:t>
      </w:r>
    </w:p>
    <w:p>
      <w:pPr>
        <w:spacing w:after="80"/>
      </w:pPr>
      <w:r>
        <w:rPr>
          <w:i/>
          <w:color w:val="4B5563"/>
        </w:rPr>
        <w:t>[E-Mail-Adresse]</w:t>
      </w:r>
    </w:p>
    <w:p>
      <w:pPr>
        <w:spacing w:after="80"/>
      </w:pPr>
      <w:r>
        <w:rPr>
          <w:i/>
          <w:color w:val="4B5563"/>
        </w:rPr>
        <w:t>[Telefonnummer]</w:t>
      </w:r>
      <w:r>
        <w:rPr>
          <w:color w:val="9CA3AF"/>
          <w:sz w:val="18"/>
        </w:rPr>
        <w:t xml:space="preserve">  ← optional</w:t>
      </w:r>
    </w:p>
    <w:p>
      <w:pPr>
        <w:spacing w:after="80"/>
      </w:pPr>
      <w:r>
        <w:rPr>
          <w:i/>
          <w:color w:val="4B5563"/>
        </w:rPr>
        <w:t>[Versichertennummer / Aktenzeichen]</w:t>
      </w:r>
      <w:r>
        <w:rPr>
          <w:color w:val="9CA3AF"/>
          <w:sz w:val="18"/>
        </w:rPr>
        <w:t xml:space="preserve">  ← je nach Empfänger</w:t>
      </w:r>
    </w:p>
    <w:p/>
    <w:p>
      <w:pPr>
        <w:spacing w:before="200" w:after="40"/>
      </w:pPr>
      <w:r>
        <w:rPr>
          <w:b/>
          <w:color w:val="993556"/>
        </w:rPr>
        <w:t>Empfänger:in</w:t>
      </w:r>
    </w:p>
    <w:p>
      <w:pPr>
        <w:spacing w:after="120"/>
      </w:pPr>
      <w:r>
        <w:t>[Name der Krankenkasse]</w:t>
        <w:br/>
        <w:t>Widerspruchsstelle</w:t>
        <w:br/>
        <w:t>[Straße Hausnummer]</w:t>
        <w:br/>
        <w:t>[PLZ Ort]</w:t>
      </w:r>
    </w:p>
    <w:p>
      <w:pPr>
        <w:spacing w:before="200" w:after="200"/>
      </w:pPr>
      <w:r>
        <w:rPr>
          <w:b/>
        </w:rPr>
        <w:t>Betreff: Widerspruch gegen Ablehnungsbescheid vom [Datum des Bescheids] – Versichertennr.: [Nummer], Aktenzeichen: [Aktenzeichen]</w:t>
      </w:r>
    </w:p>
    <w:p>
      <w:pPr>
        <w:spacing w:after="120"/>
      </w:pPr>
      <w:r>
        <w:t>Sehr geehrte Damen und Herren,</w:t>
      </w:r>
    </w:p>
    <w:p>
      <w:pPr>
        <w:spacing w:after="120"/>
      </w:pPr>
      <w:r>
        <w:t>gegen Ihren Bescheid vom [Datum], mit dem Sie meinen Antrag auf Kostenübernahme für [Art der Leistung] abgelehnt haben, lege ich hiermit fristgerecht Widerspruch ein.</w:t>
      </w:r>
    </w:p>
    <w:p>
      <w:pPr>
        <w:spacing w:before="200" w:after="40"/>
      </w:pPr>
      <w:r>
        <w:rPr>
          <w:b/>
          <w:color w:val="993556"/>
        </w:rPr>
        <w:t>Begründung</w:t>
      </w:r>
    </w:p>
    <w:p>
      <w:pPr>
        <w:spacing w:after="120"/>
      </w:pPr>
      <w:r>
        <w:t>Ihre Ablehnung ist aus folgenden Gründen rechtswidrig:</w:t>
      </w:r>
    </w:p>
    <w:p>
      <w:pPr>
        <w:spacing w:after="120"/>
      </w:pPr>
      <w:r>
        <w:t>1.  Die beantragte Leistung ist medizinisch notwendig zur Behandlung meiner Geschlechtsinkongruenz (ICD-11: HA60). Die Notwendigkeit ist durch die beigefügten ärztlichen Unterlagen belegt.</w:t>
      </w:r>
    </w:p>
    <w:p>
      <w:pPr>
        <w:spacing w:after="120"/>
      </w:pPr>
      <w:r>
        <w:t>2.  Gemäß § 27 Abs. 1 SGB V haben Versicherte Anspruch auf Krankenbehandlung, wenn sie notwendig ist, um eine Krankheit zu erkennen, zu heilen, ihre Verschlimmerung zu verhüten oder Krankheitsbeschwerden zu lindern. Diese Voraussetzungen liegen vor.</w:t>
      </w:r>
    </w:p>
    <w:p>
      <w:pPr>
        <w:spacing w:after="120"/>
      </w:pPr>
      <w:r>
        <w:t>3.  Die S3-Leitlinie „Geschlechtsinkongruenz, Geschlechtsdysphorie und Trans-Gesundheit" (AWMF 2019) empfiehlt die beantragte Maßnahme ausdrücklich als Bestandteil der medizinischen Standardbehandlung.</w:t>
      </w:r>
    </w:p>
    <w:p>
      <w:pPr>
        <w:spacing w:after="80"/>
      </w:pPr>
      <w:r>
        <w:rPr>
          <w:i/>
          <w:color w:val="4B5563"/>
        </w:rPr>
        <w:t>[Weitere individuelle Begründung]</w:t>
      </w:r>
      <w:r>
        <w:rPr>
          <w:color w:val="9CA3AF"/>
          <w:sz w:val="18"/>
        </w:rPr>
        <w:t xml:space="preserve">  ← z. B. Verweis auf konkrete MDK-Fehler</w:t>
      </w:r>
    </w:p>
    <w:p>
      <w:pPr>
        <w:spacing w:before="200" w:after="40"/>
      </w:pPr>
      <w:r>
        <w:rPr>
          <w:b/>
          <w:color w:val="993556"/>
        </w:rPr>
        <w:t>Antrag</w:t>
      </w:r>
    </w:p>
    <w:p>
      <w:pPr>
        <w:spacing w:after="120"/>
      </w:pPr>
      <w:r>
        <w:t>Ich beantrage, den Ablehnungsbescheid aufzuheben und die Kosten für die beantragte Leistung zu übernehmen. Sollten Sie meinem Widerspruch nicht abhelfen, bitte ich um Erlass eines Widerspruchsbescheids, gegen den ich den Klageweg beschreiten werde.</w:t>
      </w:r>
    </w:p>
    <w:p>
      <w:pPr>
        <w:spacing w:before="280" w:after="80"/>
      </w:pPr>
      <w:r>
        <w:rPr>
          <w:b/>
          <w:color w:val="993556"/>
        </w:rPr>
        <w:t xml:space="preserve">ℹ  Hinweis: </w:t>
      </w:r>
      <w:r>
        <w:rPr>
          <w:color w:val="4B5563"/>
          <w:sz w:val="20"/>
        </w:rPr>
        <w:t>Widerspruchsfrist: 1 Monat ab Bekanntgabe des Bescheids (§ 84 SGG). Einreichung per Einschreiben mit Rückschein. Bei Ablehnung des Widerspruchs: Klage beim Sozialgericht innerhalb eines Monats möglich.</w:t>
      </w:r>
    </w:p>
    <w:p>
      <w:pPr>
        <w:spacing w:before="200" w:after="40"/>
      </w:pPr>
      <w:r>
        <w:rPr>
          <w:b/>
          <w:color w:val="993556"/>
        </w:rPr>
        <w:t>Anlagen:</w:t>
      </w:r>
    </w:p>
    <w:p>
      <w:pPr>
        <w:spacing w:after="40"/>
        <w:ind w:left="283"/>
      </w:pPr>
      <w:r>
        <w:t>• Kopie des Ablehnungsbescheids</w:t>
      </w:r>
    </w:p>
    <w:p>
      <w:pPr>
        <w:spacing w:after="40"/>
        <w:ind w:left="283"/>
      </w:pPr>
      <w:r>
        <w:t>• Ärztliche Atteste und Befundberichte</w:t>
      </w:r>
    </w:p>
    <w:p>
      <w:pPr>
        <w:spacing w:after="40"/>
        <w:ind w:left="283"/>
      </w:pPr>
      <w:r>
        <w:t>• Ggf. Gegengutachten / Zweitmeinung</w:t>
      </w:r>
    </w:p>
    <w:p>
      <w:pPr>
        <w:spacing w:after="40"/>
        <w:ind w:left="283"/>
      </w:pPr>
      <w:r>
        <w:t>• Ggf. Kostenvoranschlag</w:t>
      </w:r>
    </w:p>
    <w:p>
      <w:pPr>
        <w:spacing w:after="120"/>
      </w:pPr>
      <w:r>
        <w:br/>
        <w:t>Mit freundlichen Grüßen,</w:t>
        <w:br/>
        <w:br/>
      </w:r>
    </w:p>
    <w:p>
      <w:pPr>
        <w:spacing w:after="80"/>
      </w:pPr>
      <w:r>
        <w:rPr>
          <w:i/>
          <w:color w:val="4B5563"/>
        </w:rPr>
        <w:t>[Unterschrift]</w:t>
      </w:r>
    </w:p>
    <w:p>
      <w:pPr>
        <w:spacing w:after="80"/>
      </w:pPr>
      <w:r>
        <w:rPr>
          <w:i/>
          <w:color w:val="4B5563"/>
        </w:rPr>
        <w:t>[Vorname Nachname]</w:t>
      </w:r>
    </w:p>
    <w:p>
      <w:pPr>
        <w:spacing w:after="80"/>
      </w:pPr>
      <w:r>
        <w:rPr>
          <w:i/>
          <w:color w:val="4B5563"/>
        </w:rPr>
        <w:t>[Datum]</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